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 дробильного оборудования»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