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направлении дела на новое рассмотрение судом округа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«Сибирь ГТ»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