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Крым от 30.06.2023 индивидуальный предприниматель ФИО1 признана несостоятельной (банкротом), в отношении нее введена процедура реализации имущества гражданина; в связи с наличием у должника несовершеннолетних детей к участию в деле привлечена Администрация города Симферополя Республики Крым в лице Департамента по делам детей в соответствии с абзацем 3 пункта 2 статьи 213.6 Федерального закона от 26.10.2002 № 127-ФЗ «О несостоятельности (банкротстве)». Определением Арбитражного суда Республики Крым от 17.08.2023 назначено судебное заседание по рассмотрению заявления Департамента по делам детей Администрации города Симферополя Республики Крым об исключении его из состава участников процесса. Частным определением Арбитражного суда Республики Крым от 14.09.2023, оставленным без изменения постановлением Двадцать первого арбитражного апелляционного суда от 17.01.2024 и постановлением Арбитражного суда Центрального округа от 22.03.2024, обращено внимание Главы администрации города Симферополя Республики Крым на ненадлежащее исполнение отраслевым (функциональным) органом администрации – Департаментом по делам детей обязанностей по защите имущественных, личных неимущественных прав и охраняемых законом интересов несовершеннолетних в делах о несостоятельности (банкротстве) их родителей, иных лиц, под чьей опекой или попечительством находятся несовершеннолетние. Администрация города Симферополя обратилась в Судебную коллегию Верховного Суда Российской Федерации с кассационной жалобой на частное определение суда,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 вынесении частного определения суды руководствовались положениями статей 32, 213.6, 213.11, 213.19, 213.30 Федерального закона от 26.10.2002 № 127-ФЗ «О несостоятельности (банкротстве)», статьей 6 Федерального закона от 24.04.2008 № 48-ФЗ «Об опеке и попечительстве», статьей 6 Федерального закона от 06.10.2003 № 131-ФЗ (в редакции от 25.12.2023) «Об общих принципах организации местного самоуправления в Российской Федерации», статями 1, 2 Закона Республики Крым от 18.12.2014 № 45-ЗРК/2014 «О наделении органов местного самоуправления муниципальных образований Республики Крым государственными полномочиями по опеке и попечительству в отношении несовершеннолетних», статьей 4 Закона Республики Крым от 01.09.2014 № 62-ЗРК «Об организации деятельности органов опеки и попечительства в Республике Крым», статьями 66 , 188.1 , 223 Арбитражного процессуального кодекса Российской Федерации, статьями 25 , 34 Гражданского кодекса Российской Федерации, статьей 78 Семейного кодекса Российской Федерации.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Администрация г. Симферополя (подробнее) Администрация г. Симферополя Республики Крым (подробнее) ГУП Республики Крым "Крымэнерго" (подробнее) МИФНС №9 по РК (подробнее) ООО "ПЯТАК" (подробнее) ООО "Феникс" (подробнее) Орган опеки и попечительства Администрации города Симферополя Республики Крым (подробнее) ПАО Российский Национальный Коммерческий банк (подробнее) Иные лица: департамент по делам детей Администрации г. Симферополя (подробнее) Отдел опеки и попечительства Управления по охране прав детства в г. Симферополь (подробнее) Прокуратура Железнодорожного района г. Симферополя (подробнее) Союз арбитражных управляющих "Саморегулируемая организация "Дело"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