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«Швабе-Северо-Запад»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"Швабе-Северо-Запад" (подробнее) Ответчики: Управление Федеральной антимонопольной службы по Ленинградской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