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«Жилище»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компания "Жилище" (подробнее) Ответчики: Департамент ЖКХ и государственного жилищного надзора Томской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