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«Арктические морские инженерно-геологические экспедиции»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"АРКТИЧЕСКИЕ МОРСКИЕ ИНЖЕНЕРНО-ГЕОЛОГИЧЕСКИЕ ЭКСПЕДИЦИИ" (подробнее) Ответчики: Пограничное управление Федеральной службы безопасности Российской Федерации по восточному арктическому району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