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«Суздальская слобода»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"СУЗДАЛЬСКАЯ СЛОБОДА" (подробнее) Ответчики: Департамент государственного жилищного надзора Ярославской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