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20.05.2024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«2-Р Медиа»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"2Р-МЕДИА" (подробнее) Ответчики: ИНСПЕКЦИЯ МИНИСТЕРСТВА РОССИЙСКОЙ ФЕДЕРАЦИИ ПО НАЛОГАМ И СБОРАМ №34 ПО СЕВЕРО-ЗАПАДНОМУ АДМИНИСТРАТИВНОМУ ОКРУГУ ГОРОДА МОСКВЫ (подробнее) Судьи дела: Першутов А.Г. (судья) (подробнее) Последние документы по делу: Определение от 17 июля 2024 г. по делу № А40-127425/2023 Определение от 23 мая 2024 г. по делу № А40-127425/2023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