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Кемеровской области-Кузбассу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