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Восточно-Сибирского округа от 22.03.2024,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государственного строительного и жилищного надзора Республики Саха (Якутия)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"Модуль сервис" (подробнее) Ответчики: Управление государственного строительного и жилищного надзора Республики Саха (Якутия)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