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«ЭкоМед»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"Техническо-Экологический Центр "Немчиновка" (подробнее) ООО "ЭКОМЕД" (подробнее) Иные лица: Территориальный фонд обязательного медицинского страхования Московской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