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«РусДорЗнак»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ОГБУ Смоленское "Управление областных автомобильных дорог" (подробнее) Ответчики: ООО "Русдорзнак"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