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Ставропольского края «Стававтодор»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ГБУ СК "Ставтодор" (подробнее) ГОСУДАРСТВЕННОЕ БЮДЖЕТНОЕ УЧРЕЖДЕНИЕ СТАВРОПОЛЬСКОГО КРАЯ "СТАВАВТОДОР" (подробнее) Ответчики: ООО "Блеск" (подробнее) Иные лица: ООО "Стройгеоэксперт" (подробнее) ООО "ЦЕНТР СТРОИТЕЛЬНЫХ, ЗЕМЛЕУСТРОИТЕЛЬНЫХ И ОЦЕНОЧНЫХ ЭКСПЕРТИЗ "ЭКСПЕРТПРО"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