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«Тритэра»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Дальневосточное управление Федеральной службы по экологическому, технологическому и атомному надзору (подробнее) Ответчики: ООО "ТРИТЭРА" (подробнее) Иные лица: ОСП по Хорольскому району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