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Москве (подробнее) Иные лица: ООО "АВЕТА" (подробнее) ООО "Карат Холдинг"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