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«Гарантспектрстрой»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Курилкин Тимур Александрович (подробнее) ООО "ГарантСпектрСтрой" (подробнее) Ответчики: Межрайонная ИФНС №22 по Нижегородской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