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«Запад-Ф»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"Запад-Ф" (подробнее) Ответчики: Межрайонная инспекция Федеральной налоговой службы России №25 по г.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