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«РЭД»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"Рэд" (подробнее) Ответчики: ЦЕНТРАЛЬНАЯ ЭЛЕКТРОННАЯ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