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и федеральному государственному унитарному предприятию «Космическая связь»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"ОХРАНА" Росгвардии по г. Москве (подробнее) ФГУП "ОХРАНА" ФЕДЕРАЛЬНОЙ СЛУЖБЫ ВОЙСК НАЦИОНАЛЬНОЙ ГВАРДИИ РОССИЙСКОЙ ФЕДЕРАЦИИ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