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Корочкиной Марине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