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«Газпром теплоэнерго Московская область»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