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глава крестьянского (фермерского) хозяйства ФИО1 обратился в Верховный Суд Российской Федерации с кассационной жалобой на постановление Арбитражного суда Поволжского округа от 28.12.2023 по делу № А55-23879/2022 Арбитражного суда Самарской области. Определением от 05.06.2024 кассационная жалоба передана для рассмотрения в судебном заседании Судебной коллегии по экономическим спорам Верховного Суда Российской Федерации. Дело назначено к рассмотрению в судебном заседании на 03.07.2022 в 11 часов 00 минут. От департамента и министерства поступили ходатайства о проведении судебного заседания с использованием систем видеоконференц-связи при содействии Арбитражного суда Самарской области или Одиннадцатого арбитражного апелляционного суда. В соответствии с частью 1 статьи 153.1 Арбитражного процессуального кодекса Российской Федерации (далее – АПК РФ) лица, участвующие в деле, и иные участники арбитражного процесса могут принять участие в судебном заседании путем использования систем видеоконференц-связи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видеоконференц-связи. Согласно пункту 1 части 5 указанной статьи арбитражный суд, рассматривающий дело, отказывает в удовлетворении ходатайства об участии в судебном заседании путем использования систем видеоконференц-связи в случае, если отсутствует техническая возможность для такого участия. Из разъяснений, приведенных в пункте 24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следует, что под наличием технической возможности понимается наличие в арбитражном суде исправной системы видеоконференц-связи и объективной возможности проведения судебного заседания данным способом в пределах установленного законом срока рассмотрения дела. Принимая во внимание сведения, поступившие из Арбитражного суда Самарской области и Одиннадцатого арбитражного апелляционного суда, об отсутствии объективной возможности (обеденный перерыв с 12-00 до 12-45 (время московское + 1 час) осуществления видеоконференц-связи 03.07.2022 в 11 часов 00 минут (время московское), суд приходит к выводу, что оснований для удовлетворения названных ходатайств не имеется. Вместе с тем департамент и министерство могут воспользоваться правом на участие в судебном заседании путем использования системы веб-конференции в соответствии с положениями статьи 1532 АПК РФ. Руководствуясь статьями 1531, 184 и 185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 Департамента ветеринарии Самарской области и Министерства управления финансами Самарской области об участии в судебном заседании Судебной коллегии по экономическим спорам Верховного Суда Российской Федерации путем использования систем видеоконференц-связи отказать. Судья Верховного Суда Российской Федерации М.К. Антонова Суд: Верховный Суд РФ (подробнее) Истцы: Департамент ветеринарии Самарской области (подробнее) Ответчики: Глава крестьянского (фермерского) хозяйства Мучкаев Евгений Анатольевич (подробнее) Судьи дела: Антонова М.К. (судья) (подробнее) Последние документы по делу: Определение от 3 июля 2024 г. по делу № А55-23879/2022 Определение от 14 июня 2024 г. по делу № А55-23879/2022 Определение от 13 июня 2024 г. по делу № А55-23879/2022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