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18.04.2024,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бюджетного учреждения здравоохранения Республики Башкортостан Туймазинская центральная районная больница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