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«Служба государственного заказчика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