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города Ставрополя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Ответчики: Администрация города Ставрополя (подробнее) ТСЖ "Перекресток"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