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Пермяковой Елены Владимировны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