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2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305-ЭС24-13516.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