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судебных приставов по Краснодарскому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