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06.03.2024,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Главное управление ФССП России по Санкт-Петербургу (подробнее) ГУ Начальник Московского РОСП ФССП России по Санкт-Петербургу - старший судебный пристав Г.Л. Эскузьян (подробнее) Судебный пристав-исполнитель Московского РОСП УФССП России по Санкт-Петербургу Лозовая Дарья Константиновна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