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309-ЭС24-12192.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