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303-ЭС23-22103.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