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2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307-ЭС24-5587.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