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2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302-ЭС24-1854 (1,2).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