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Шустову Григорию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