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«Черноморец+»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"ЧЕРНОМОРЕЦ +" (подробнее) Ответчики: УПРАВЛЕНИЕ ФЕДЕРАЛЬНОЙ АНТИМОНОПОЛЬНОЙ СЛУЖБЫ ПО РЕСПУБЛИКЕ КРЫМ И ГОРОДУ СЕВАСТОПОЛЮ (подробнее) Иные лица: Арбитражный суд города Севастополя (подробнее) ООО "Лечебно-диагностический центр полярной медицины"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