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торговли и услуг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"Колфи" (подробнее) Ответчики: Департамент торговли и услуг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