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КБ "Газтрансбанк" (подробнее) ООО Коммерческий банк "Газтрансбанк" (подробнее) Ответчики: Главное Управление Федеральной службы судебных приставов России по Краснодарскому краю (подробнее) Отдел судебных приставов по Центральному округу г. Краснодара УФССП России по Краснодарскому краю (подробнее) Судебный пристав-исполнитель Отдела судебных приставов по Центральному округу г. Краснодара ГУФССП России по Краснодарскому краю Женетль Р.Д. (подробнее) Иные лица: ГУФССП России по Краснодарскому краю (подробнее) ОСП по Центральному округу г. Краснодара УФССП по КК (подробнее) СПИ ОСП по Центральному округу г. Краснодара Женетель Р. Д.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