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02.08.2023, постановление Шестнадцатого арбитражного апелляционного суда от 09.11.2023 и постановление Арбитражного суда Северо-Кавказского округа от 24.01.2024 по делу № А63-20262/2022 отменить. Дело направить на новое рассмотрение в Арбитражный суд Ставропольского края.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Н.С. Чучунова Судья Р.А. Хатыпова Судья А.А. Якимов Суд: Верховный Суд РФ (подробнее) Ответчики: ЗАО СЕЛЬСКОХОЗЯЙСТВЕННОЕ ПРЕДПРИЯТИЕ "РУСЬ" (подробнее) Судьи дела: Чучунова Н.С. (судья) (подробнее) Последние документы по делу: Резолютивная часть постановления от 25 июня 2024 г. по делу № А63-20262/2022 Определение от 8 июля 2024 г. по делу № А63-20262/2022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