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«Научно-производственное предприятие «Компьютерные технологии»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НАУЧНО-ПРОИЗВОДСТВЕННОЕ ПРЕДПРИЯТИЕ "КОМПЬЮТЕРНЫЕ ТЕХНОЛОГИИ" (подробнее) Ответчики: Министерство транспорта Ростовской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