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03.05.2024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«Север-Строй»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ООО "Север-Строй", г.Казань (подробнее) Ответчики: Межрайонная инспекция Федеральной налоговой службы №5 по Республике Татарстан, г.Казань (подробнее) Судьи дела: Першутов А.Г. (судья) (подробнее) Последние документы по делу: Определение от 8 июля 2024 г. по делу № А65-24949/2022 Определение от 15 мая 2024 г. по делу № А65-24949/2022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