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«Стройгазцентр»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ПАО Сбербанк России (подробнее) Ответчики: ООО "СТРОЙГАЗЦЕНТР"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