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 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"КС Комплект" (подробнее) Ответчики: Межрайонная инспекция Федеральной налоговой службы №24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