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«Веста»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Главный гос.налог.инспектор отдела выездных проверок №2 ИФНС России №13 по Москве Сусенков И.Н. (подробнее) ООО "Оливиа Мак" (подробнее) Ответчики: Инспекция Министерства Российской Федерации по налогам и сборам №13 по Северному административному округу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