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Территориальный отдел управления в Западном административном округе г. Москвы (подробнее) Управление Федеральной службы по надзору в сфере защиты прав потребителей и благополучия человека по городу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