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«Строй Интернейшнл»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"Строй Интернейшнл" (подробнее) ИФНС России №2 по Краснодарскому краю (подробнее) Ответчики: ЗАО "Строй Интернейшнл" (подробнее) Иные лица: ИФНС №2 по г. Краснодару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