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ГОСУДАРСТВЕННОЕ БЮДЖЕТНОЕ УЧРЕЖДЕНИЕ ЗДРАВООХРАНЕНИЯ ГОРОДА МОСКВЫ "ГОРОДСКАЯ КЛИНИЧЕСКАЯ БОЛЬНИЦА №13 ДЕПАРТАМЕНТА ЗДРАВООХРАНЕНИЯ ГОРОДА МОСКВЫ"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