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межрегиональной общественной организации профессиональных инженеров, метрологов и специалистов по техническому регулированию «Профессиональный инженер»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МЕЖРЕГИОНАЛЬНАЯ ПРОФЕССИОНАЛЬНЫХ ИНЖЕНЕРОВ, МЕТРОЛОГОВ И СПЕЦИАЛИСТОВ ПО ТЕХНИЧЕСКОМУ РЕГУЛИРОВАНИЮ "ПРОФЕССИОНАЛЬНЫЙ ИНЖЕНЕР"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