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«Восточная буровая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"Восточная буровая компания" (подробнее) Ответчики: Смоленская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