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Федеральное казенное учреждение "Исправительная колония №5 Управления Федеральной службы исполнения наказаний по Тверской области" (подробнее) Ответчики: ИП Кириченко Юлия Николаевна (подробнее) ИП Представитель Кириченко Ю.Н. - Скляров Денис Андреевич (подробнее) Иные лица: Управление Федеральной налоговой службы по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