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Минцифры России (подробнее) Ответчики: АО "ЭР-Телеком Холдинг"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